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F13A9" w14:textId="7C8A516B" w:rsidR="00F054EA" w:rsidRDefault="00F054EA" w:rsidP="00F054EA">
      <w:pPr>
        <w:jc w:val="center"/>
        <w:rPr>
          <w:b/>
          <w:color w:val="1F4E79"/>
          <w:sz w:val="36"/>
          <w:lang w:val="nb-NO"/>
        </w:rPr>
      </w:pPr>
      <w:r>
        <w:rPr>
          <w:noProof/>
          <w:sz w:val="20"/>
        </w:rPr>
        <w:drawing>
          <wp:inline distT="0" distB="0" distL="0" distR="0" wp14:anchorId="6C2AE9F8" wp14:editId="4418FD91">
            <wp:extent cx="2471635" cy="1440586"/>
            <wp:effectExtent l="0" t="0" r="5080" b="762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3750" cy="1453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229DC" w14:textId="6AED825D" w:rsidR="00D00EC3" w:rsidRPr="00934270" w:rsidRDefault="00EB305B">
      <w:pPr>
        <w:jc w:val="center"/>
        <w:rPr>
          <w:lang w:val="nb-NO"/>
        </w:rPr>
      </w:pPr>
      <w:r w:rsidRPr="00934270">
        <w:rPr>
          <w:b/>
          <w:color w:val="1F4E79"/>
          <w:sz w:val="36"/>
          <w:lang w:val="nb-NO"/>
        </w:rPr>
        <w:t>Periodisk studieprogramevaluering ved Høgskolen i Molde</w:t>
      </w:r>
    </w:p>
    <w:p w14:paraId="13BC9439" w14:textId="77777777" w:rsidR="00D00EC3" w:rsidRPr="00934270" w:rsidRDefault="00EB305B">
      <w:pPr>
        <w:jc w:val="center"/>
        <w:rPr>
          <w:lang w:val="nb-NO"/>
        </w:rPr>
      </w:pPr>
      <w:r w:rsidRPr="00934270">
        <w:rPr>
          <w:i/>
          <w:lang w:val="nb-NO"/>
        </w:rPr>
        <w:t>Mal for representanter fra arbeids- og samfunnsliv og eksterne fagfeller</w:t>
      </w:r>
    </w:p>
    <w:p w14:paraId="448F0422" w14:textId="77777777" w:rsidR="00D00EC3" w:rsidRPr="00934270" w:rsidRDefault="00EB305B">
      <w:pPr>
        <w:rPr>
          <w:lang w:val="nb-NO"/>
        </w:rPr>
      </w:pPr>
      <w:r w:rsidRPr="00934270">
        <w:rPr>
          <w:lang w:val="nb-NO"/>
        </w:rPr>
        <w:t>Studieprogram: ____________________</w:t>
      </w:r>
    </w:p>
    <w:p w14:paraId="5C613212" w14:textId="77777777" w:rsidR="00D00EC3" w:rsidRPr="00934270" w:rsidRDefault="00EB305B">
      <w:pPr>
        <w:rPr>
          <w:lang w:val="nb-NO"/>
        </w:rPr>
      </w:pPr>
      <w:r w:rsidRPr="00934270">
        <w:rPr>
          <w:lang w:val="nb-NO"/>
        </w:rPr>
        <w:t>Dato for evaluering: ____________________</w:t>
      </w:r>
    </w:p>
    <w:p w14:paraId="17CAC1EB" w14:textId="77777777" w:rsidR="00D00EC3" w:rsidRPr="00934270" w:rsidRDefault="00EB305B">
      <w:pPr>
        <w:rPr>
          <w:lang w:val="nb-NO"/>
        </w:rPr>
      </w:pPr>
      <w:r w:rsidRPr="00934270">
        <w:rPr>
          <w:lang w:val="nb-NO"/>
        </w:rPr>
        <w:t>Ekstern vurderer: ____________________</w:t>
      </w:r>
    </w:p>
    <w:p w14:paraId="587E24FE" w14:textId="77777777" w:rsidR="00D00EC3" w:rsidRPr="00934270" w:rsidRDefault="00EB305B">
      <w:pPr>
        <w:rPr>
          <w:lang w:val="nb-NO"/>
        </w:rPr>
      </w:pPr>
      <w:r w:rsidRPr="00934270">
        <w:rPr>
          <w:lang w:val="nb-NO"/>
        </w:rPr>
        <w:t>Organisasjon/institusjon: ____________________</w:t>
      </w:r>
    </w:p>
    <w:p w14:paraId="7A5E0F31" w14:textId="77777777" w:rsidR="00D00EC3" w:rsidRPr="00934270" w:rsidRDefault="00EB305B">
      <w:pPr>
        <w:pStyle w:val="Overskrift1"/>
        <w:rPr>
          <w:lang w:val="nb-NO"/>
        </w:rPr>
      </w:pPr>
      <w:r w:rsidRPr="00934270">
        <w:rPr>
          <w:lang w:val="nb-NO"/>
        </w:rPr>
        <w:t>1. Studieprogrammets samfunns- og arbeidslivsrelevans</w:t>
      </w:r>
    </w:p>
    <w:p w14:paraId="0579D2BA" w14:textId="463756FF" w:rsidR="00D00EC3" w:rsidRPr="00934270" w:rsidRDefault="00EB305B">
      <w:pPr>
        <w:rPr>
          <w:lang w:val="nb-NO"/>
        </w:rPr>
      </w:pPr>
      <w:r w:rsidRPr="00934270">
        <w:rPr>
          <w:lang w:val="nb-NO"/>
        </w:rPr>
        <w:t>Beskriv i hvilken grad studieprogrammet møter behovene i arbeids- og samfunnslivet.</w:t>
      </w:r>
    </w:p>
    <w:p w14:paraId="2D95C9DE" w14:textId="77777777" w:rsidR="00D00EC3" w:rsidRPr="00934270" w:rsidRDefault="00EB305B">
      <w:pPr>
        <w:rPr>
          <w:lang w:val="nb-NO"/>
        </w:rPr>
      </w:pPr>
      <w:r w:rsidRPr="00934270">
        <w:rPr>
          <w:lang w:val="nb-NO"/>
        </w:rPr>
        <w:t>Styrker:</w:t>
      </w:r>
      <w:r w:rsidRPr="00934270">
        <w:rPr>
          <w:lang w:val="nb-NO"/>
        </w:rPr>
        <w:br/>
        <w:t>•</w:t>
      </w:r>
    </w:p>
    <w:p w14:paraId="666E0823" w14:textId="77777777" w:rsidR="00D00EC3" w:rsidRPr="00934270" w:rsidRDefault="00EB305B">
      <w:pPr>
        <w:rPr>
          <w:lang w:val="nb-NO"/>
        </w:rPr>
      </w:pPr>
      <w:r w:rsidRPr="00934270">
        <w:rPr>
          <w:lang w:val="nb-NO"/>
        </w:rPr>
        <w:t>Forbedringsområder:</w:t>
      </w:r>
      <w:r w:rsidRPr="00934270">
        <w:rPr>
          <w:lang w:val="nb-NO"/>
        </w:rPr>
        <w:br/>
        <w:t>•</w:t>
      </w:r>
    </w:p>
    <w:p w14:paraId="263B134A" w14:textId="77777777" w:rsidR="00D00EC3" w:rsidRPr="00934270" w:rsidRDefault="00EB305B">
      <w:pPr>
        <w:rPr>
          <w:lang w:val="nb-NO"/>
        </w:rPr>
      </w:pPr>
      <w:r w:rsidRPr="00934270">
        <w:rPr>
          <w:lang w:val="nb-NO"/>
        </w:rPr>
        <w:t>Anbefalte tiltak:</w:t>
      </w:r>
      <w:r w:rsidRPr="00934270">
        <w:rPr>
          <w:lang w:val="nb-NO"/>
        </w:rPr>
        <w:br/>
        <w:t>•</w:t>
      </w:r>
    </w:p>
    <w:p w14:paraId="435FB8ED" w14:textId="77777777" w:rsidR="00D00EC3" w:rsidRPr="00934270" w:rsidRDefault="00EB305B">
      <w:pPr>
        <w:pStyle w:val="Overskrift1"/>
        <w:rPr>
          <w:lang w:val="nb-NO"/>
        </w:rPr>
      </w:pPr>
      <w:r w:rsidRPr="00934270">
        <w:rPr>
          <w:lang w:val="nb-NO"/>
        </w:rPr>
        <w:t>2. Studieprogrammets læringsmiljø</w:t>
      </w:r>
    </w:p>
    <w:p w14:paraId="4A463B08" w14:textId="541149C1" w:rsidR="00D00EC3" w:rsidRPr="00934270" w:rsidRDefault="00EB305B">
      <w:pPr>
        <w:rPr>
          <w:lang w:val="nb-NO"/>
        </w:rPr>
      </w:pPr>
      <w:r w:rsidRPr="00934270">
        <w:rPr>
          <w:lang w:val="nb-NO"/>
        </w:rPr>
        <w:t>Beskriv om programmet legger til rette for et godt læringsmiljø.</w:t>
      </w:r>
    </w:p>
    <w:p w14:paraId="03538112" w14:textId="77777777" w:rsidR="00D00EC3" w:rsidRPr="00934270" w:rsidRDefault="00EB305B">
      <w:pPr>
        <w:rPr>
          <w:lang w:val="nb-NO"/>
        </w:rPr>
      </w:pPr>
      <w:r w:rsidRPr="00934270">
        <w:rPr>
          <w:lang w:val="nb-NO"/>
        </w:rPr>
        <w:t>Styrker:</w:t>
      </w:r>
      <w:r w:rsidRPr="00934270">
        <w:rPr>
          <w:lang w:val="nb-NO"/>
        </w:rPr>
        <w:br/>
        <w:t>•</w:t>
      </w:r>
    </w:p>
    <w:p w14:paraId="358B36E1" w14:textId="77777777" w:rsidR="00D00EC3" w:rsidRPr="00934270" w:rsidRDefault="00EB305B">
      <w:pPr>
        <w:rPr>
          <w:lang w:val="nb-NO"/>
        </w:rPr>
      </w:pPr>
      <w:r w:rsidRPr="00934270">
        <w:rPr>
          <w:lang w:val="nb-NO"/>
        </w:rPr>
        <w:t>Forbedringsområder:</w:t>
      </w:r>
      <w:r w:rsidRPr="00934270">
        <w:rPr>
          <w:lang w:val="nb-NO"/>
        </w:rPr>
        <w:br/>
        <w:t>•</w:t>
      </w:r>
    </w:p>
    <w:p w14:paraId="38C51714" w14:textId="77777777" w:rsidR="00D00EC3" w:rsidRPr="00934270" w:rsidRDefault="00EB305B">
      <w:pPr>
        <w:rPr>
          <w:lang w:val="nb-NO"/>
        </w:rPr>
      </w:pPr>
      <w:r w:rsidRPr="00934270">
        <w:rPr>
          <w:lang w:val="nb-NO"/>
        </w:rPr>
        <w:lastRenderedPageBreak/>
        <w:t>Anbefalte tiltak:</w:t>
      </w:r>
      <w:r w:rsidRPr="00934270">
        <w:rPr>
          <w:lang w:val="nb-NO"/>
        </w:rPr>
        <w:br/>
        <w:t>•</w:t>
      </w:r>
    </w:p>
    <w:p w14:paraId="7C1333BA" w14:textId="77777777" w:rsidR="00D00EC3" w:rsidRPr="00934270" w:rsidRDefault="00EB305B">
      <w:pPr>
        <w:pStyle w:val="Overskrift1"/>
        <w:rPr>
          <w:lang w:val="nb-NO"/>
        </w:rPr>
      </w:pPr>
      <w:r w:rsidRPr="00934270">
        <w:rPr>
          <w:lang w:val="nb-NO"/>
        </w:rPr>
        <w:t>3. Studieprogrammets gjennomføringsgrad</w:t>
      </w:r>
    </w:p>
    <w:p w14:paraId="07B46221" w14:textId="36475824" w:rsidR="00D00EC3" w:rsidRPr="00934270" w:rsidRDefault="00EB305B">
      <w:pPr>
        <w:rPr>
          <w:lang w:val="nb-NO"/>
        </w:rPr>
      </w:pPr>
      <w:r w:rsidRPr="00934270">
        <w:rPr>
          <w:lang w:val="nb-NO"/>
        </w:rPr>
        <w:t>Beskriv i hvilken grad programmet legger til rette for gjennomføring.</w:t>
      </w:r>
    </w:p>
    <w:p w14:paraId="2E2553B2" w14:textId="77777777" w:rsidR="00D00EC3" w:rsidRPr="00934270" w:rsidRDefault="00EB305B">
      <w:pPr>
        <w:rPr>
          <w:lang w:val="nb-NO"/>
        </w:rPr>
      </w:pPr>
      <w:r w:rsidRPr="00934270">
        <w:rPr>
          <w:lang w:val="nb-NO"/>
        </w:rPr>
        <w:t>Styrker:</w:t>
      </w:r>
      <w:r w:rsidRPr="00934270">
        <w:rPr>
          <w:lang w:val="nb-NO"/>
        </w:rPr>
        <w:br/>
        <w:t>•</w:t>
      </w:r>
    </w:p>
    <w:p w14:paraId="6908A6FB" w14:textId="77777777" w:rsidR="00D00EC3" w:rsidRPr="00934270" w:rsidRDefault="00EB305B">
      <w:pPr>
        <w:rPr>
          <w:lang w:val="nb-NO"/>
        </w:rPr>
      </w:pPr>
      <w:r w:rsidRPr="00934270">
        <w:rPr>
          <w:lang w:val="nb-NO"/>
        </w:rPr>
        <w:t>Forbedringsområder:</w:t>
      </w:r>
      <w:r w:rsidRPr="00934270">
        <w:rPr>
          <w:lang w:val="nb-NO"/>
        </w:rPr>
        <w:br/>
        <w:t>•</w:t>
      </w:r>
    </w:p>
    <w:p w14:paraId="0BFAEACA" w14:textId="77777777" w:rsidR="00D00EC3" w:rsidRPr="00934270" w:rsidRDefault="00EB305B">
      <w:pPr>
        <w:rPr>
          <w:lang w:val="nb-NO"/>
        </w:rPr>
      </w:pPr>
      <w:r w:rsidRPr="00934270">
        <w:rPr>
          <w:lang w:val="nb-NO"/>
        </w:rPr>
        <w:t>Anbefalte tiltak:</w:t>
      </w:r>
      <w:r w:rsidRPr="00934270">
        <w:rPr>
          <w:lang w:val="nb-NO"/>
        </w:rPr>
        <w:br/>
        <w:t>•</w:t>
      </w:r>
    </w:p>
    <w:p w14:paraId="340E07AC" w14:textId="77777777" w:rsidR="00D00EC3" w:rsidRPr="00934270" w:rsidRDefault="00EB305B">
      <w:pPr>
        <w:pStyle w:val="Overskrift1"/>
        <w:rPr>
          <w:lang w:val="nb-NO"/>
        </w:rPr>
      </w:pPr>
      <w:r w:rsidRPr="00934270">
        <w:rPr>
          <w:lang w:val="nb-NO"/>
        </w:rPr>
        <w:t>4. Læringsutbyttebeskrivelser</w:t>
      </w:r>
    </w:p>
    <w:p w14:paraId="1949257B" w14:textId="6A0D2D8D" w:rsidR="00D00EC3" w:rsidRPr="00934270" w:rsidRDefault="00EB305B">
      <w:pPr>
        <w:rPr>
          <w:lang w:val="nb-NO"/>
        </w:rPr>
      </w:pPr>
      <w:r w:rsidRPr="00934270">
        <w:rPr>
          <w:lang w:val="nb-NO"/>
        </w:rPr>
        <w:t>Vurder om læringsutbyttebeskrivelsene er faglig oppdaterte og relevante.</w:t>
      </w:r>
    </w:p>
    <w:p w14:paraId="262FAAEA" w14:textId="77777777" w:rsidR="00D00EC3" w:rsidRPr="00934270" w:rsidRDefault="00EB305B">
      <w:pPr>
        <w:rPr>
          <w:lang w:val="nb-NO"/>
        </w:rPr>
      </w:pPr>
      <w:r w:rsidRPr="00934270">
        <w:rPr>
          <w:lang w:val="nb-NO"/>
        </w:rPr>
        <w:t>Styrker:</w:t>
      </w:r>
      <w:r w:rsidRPr="00934270">
        <w:rPr>
          <w:lang w:val="nb-NO"/>
        </w:rPr>
        <w:br/>
        <w:t>•</w:t>
      </w:r>
    </w:p>
    <w:p w14:paraId="0DBC9493" w14:textId="77777777" w:rsidR="00D00EC3" w:rsidRPr="00934270" w:rsidRDefault="00EB305B">
      <w:pPr>
        <w:rPr>
          <w:lang w:val="nb-NO"/>
        </w:rPr>
      </w:pPr>
      <w:r w:rsidRPr="00934270">
        <w:rPr>
          <w:lang w:val="nb-NO"/>
        </w:rPr>
        <w:t>Forbedringsområder:</w:t>
      </w:r>
      <w:r w:rsidRPr="00934270">
        <w:rPr>
          <w:lang w:val="nb-NO"/>
        </w:rPr>
        <w:br/>
        <w:t>•</w:t>
      </w:r>
    </w:p>
    <w:p w14:paraId="169C7C69" w14:textId="77777777" w:rsidR="00D00EC3" w:rsidRPr="00934270" w:rsidRDefault="00EB305B">
      <w:pPr>
        <w:rPr>
          <w:lang w:val="nb-NO"/>
        </w:rPr>
      </w:pPr>
      <w:r w:rsidRPr="00934270">
        <w:rPr>
          <w:lang w:val="nb-NO"/>
        </w:rPr>
        <w:t>Anbefalte tiltak:</w:t>
      </w:r>
      <w:r w:rsidRPr="00934270">
        <w:rPr>
          <w:lang w:val="nb-NO"/>
        </w:rPr>
        <w:br/>
        <w:t>•</w:t>
      </w:r>
    </w:p>
    <w:p w14:paraId="0C5D73AE" w14:textId="77777777" w:rsidR="00D00EC3" w:rsidRPr="00934270" w:rsidRDefault="00EB305B">
      <w:pPr>
        <w:pStyle w:val="Overskrift1"/>
        <w:rPr>
          <w:lang w:val="nb-NO"/>
        </w:rPr>
      </w:pPr>
      <w:r w:rsidRPr="00934270">
        <w:rPr>
          <w:lang w:val="nb-NO"/>
        </w:rPr>
        <w:t>5. Sammenheng mellom læringsutbytte, innhold, undervisning og vurdering</w:t>
      </w:r>
    </w:p>
    <w:p w14:paraId="782BA224" w14:textId="16995736" w:rsidR="00D00EC3" w:rsidRPr="00934270" w:rsidRDefault="00EB305B">
      <w:pPr>
        <w:rPr>
          <w:lang w:val="nb-NO"/>
        </w:rPr>
      </w:pPr>
      <w:r w:rsidRPr="00934270">
        <w:rPr>
          <w:lang w:val="nb-NO"/>
        </w:rPr>
        <w:t>Vurder om studentene kan oppnå læringsutbyttet gjennom programmets oppbygging.</w:t>
      </w:r>
    </w:p>
    <w:p w14:paraId="3CF8274E" w14:textId="77777777" w:rsidR="00D00EC3" w:rsidRPr="00934270" w:rsidRDefault="00EB305B">
      <w:pPr>
        <w:rPr>
          <w:lang w:val="nb-NO"/>
        </w:rPr>
      </w:pPr>
      <w:r w:rsidRPr="00934270">
        <w:rPr>
          <w:lang w:val="nb-NO"/>
        </w:rPr>
        <w:t>Styrker:</w:t>
      </w:r>
      <w:r w:rsidRPr="00934270">
        <w:rPr>
          <w:lang w:val="nb-NO"/>
        </w:rPr>
        <w:br/>
        <w:t>•</w:t>
      </w:r>
    </w:p>
    <w:p w14:paraId="1708A84A" w14:textId="77777777" w:rsidR="00D00EC3" w:rsidRPr="00934270" w:rsidRDefault="00EB305B">
      <w:pPr>
        <w:rPr>
          <w:lang w:val="nb-NO"/>
        </w:rPr>
      </w:pPr>
      <w:r w:rsidRPr="00934270">
        <w:rPr>
          <w:lang w:val="nb-NO"/>
        </w:rPr>
        <w:t>Forbedringsområder:</w:t>
      </w:r>
      <w:r w:rsidRPr="00934270">
        <w:rPr>
          <w:lang w:val="nb-NO"/>
        </w:rPr>
        <w:br/>
        <w:t>•</w:t>
      </w:r>
    </w:p>
    <w:p w14:paraId="422CE744" w14:textId="77777777" w:rsidR="00D00EC3" w:rsidRPr="00934270" w:rsidRDefault="00EB305B">
      <w:pPr>
        <w:rPr>
          <w:lang w:val="nb-NO"/>
        </w:rPr>
      </w:pPr>
      <w:r w:rsidRPr="00934270">
        <w:rPr>
          <w:lang w:val="nb-NO"/>
        </w:rPr>
        <w:t>Anbefalte tiltak:</w:t>
      </w:r>
      <w:r w:rsidRPr="00934270">
        <w:rPr>
          <w:lang w:val="nb-NO"/>
        </w:rPr>
        <w:br/>
        <w:t>•</w:t>
      </w:r>
    </w:p>
    <w:p w14:paraId="4FB0E103" w14:textId="77777777" w:rsidR="00D00EC3" w:rsidRPr="00934270" w:rsidRDefault="00EB305B">
      <w:pPr>
        <w:pStyle w:val="Overskrift1"/>
        <w:rPr>
          <w:lang w:val="nb-NO"/>
        </w:rPr>
      </w:pPr>
      <w:r w:rsidRPr="00934270">
        <w:rPr>
          <w:lang w:val="nb-NO"/>
        </w:rPr>
        <w:lastRenderedPageBreak/>
        <w:t>6. Andre problemstillinger (valgfritt)</w:t>
      </w:r>
    </w:p>
    <w:p w14:paraId="4FB50A9A" w14:textId="77777777" w:rsidR="00D00EC3" w:rsidRPr="00934270" w:rsidRDefault="00EB305B">
      <w:pPr>
        <w:rPr>
          <w:lang w:val="nb-NO"/>
        </w:rPr>
      </w:pPr>
      <w:r w:rsidRPr="00934270">
        <w:rPr>
          <w:lang w:val="nb-NO"/>
        </w:rPr>
        <w:t>Problemstilling: __________________________</w:t>
      </w:r>
    </w:p>
    <w:p w14:paraId="312A3349" w14:textId="77777777" w:rsidR="00D00EC3" w:rsidRPr="00934270" w:rsidRDefault="00EB305B">
      <w:pPr>
        <w:pStyle w:val="Overskrift1"/>
        <w:rPr>
          <w:lang w:val="nb-NO"/>
        </w:rPr>
      </w:pPr>
      <w:r w:rsidRPr="00934270">
        <w:rPr>
          <w:lang w:val="nb-NO"/>
        </w:rPr>
        <w:t>Konklusjon</w:t>
      </w:r>
    </w:p>
    <w:p w14:paraId="3AFE3A95" w14:textId="77777777" w:rsidR="00D00EC3" w:rsidRDefault="00EB305B">
      <w:pPr>
        <w:rPr>
          <w:lang w:val="nb-NO"/>
        </w:rPr>
      </w:pPr>
      <w:r w:rsidRPr="00934270">
        <w:rPr>
          <w:lang w:val="nb-NO"/>
        </w:rPr>
        <w:t>Gi en samlet vurdering av studieprogrammets kvalitet, relevans og utviklingspotensial.</w:t>
      </w:r>
    </w:p>
    <w:p w14:paraId="328D79E2" w14:textId="77777777" w:rsidR="0034255E" w:rsidRDefault="0034255E">
      <w:pPr>
        <w:rPr>
          <w:lang w:val="nb-NO"/>
        </w:rPr>
      </w:pPr>
    </w:p>
    <w:p w14:paraId="559F8101" w14:textId="77777777" w:rsidR="0034255E" w:rsidRPr="00934270" w:rsidRDefault="0034255E">
      <w:pPr>
        <w:rPr>
          <w:lang w:val="nb-NO"/>
        </w:rPr>
      </w:pPr>
    </w:p>
    <w:p w14:paraId="461A2F69" w14:textId="77777777" w:rsidR="00D00EC3" w:rsidRPr="00934270" w:rsidRDefault="00EB305B">
      <w:pPr>
        <w:rPr>
          <w:lang w:val="nb-NO"/>
        </w:rPr>
      </w:pPr>
      <w:r w:rsidRPr="00934270">
        <w:rPr>
          <w:lang w:val="nb-NO"/>
        </w:rPr>
        <w:br/>
        <w:t>Dato: __________________</w:t>
      </w:r>
    </w:p>
    <w:p w14:paraId="75999B58" w14:textId="77777777" w:rsidR="00D00EC3" w:rsidRPr="00934270" w:rsidRDefault="00EB305B">
      <w:pPr>
        <w:rPr>
          <w:lang w:val="nb-NO"/>
        </w:rPr>
      </w:pPr>
      <w:r w:rsidRPr="00934270">
        <w:rPr>
          <w:lang w:val="nb-NO"/>
        </w:rPr>
        <w:t>Navn på ekstern vurderer: __________________</w:t>
      </w:r>
    </w:p>
    <w:p w14:paraId="20E974C2" w14:textId="700A1A29" w:rsidR="00D00EC3" w:rsidRPr="00F054EA" w:rsidRDefault="00D00EC3">
      <w:pPr>
        <w:rPr>
          <w:lang w:val="nb-NO"/>
        </w:rPr>
      </w:pPr>
    </w:p>
    <w:sectPr w:rsidR="00D00EC3" w:rsidRPr="00F054E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78827256">
    <w:abstractNumId w:val="8"/>
  </w:num>
  <w:num w:numId="2" w16cid:durableId="1480027409">
    <w:abstractNumId w:val="6"/>
  </w:num>
  <w:num w:numId="3" w16cid:durableId="536967957">
    <w:abstractNumId w:val="5"/>
  </w:num>
  <w:num w:numId="4" w16cid:durableId="460420480">
    <w:abstractNumId w:val="4"/>
  </w:num>
  <w:num w:numId="5" w16cid:durableId="246113984">
    <w:abstractNumId w:val="7"/>
  </w:num>
  <w:num w:numId="6" w16cid:durableId="1865632853">
    <w:abstractNumId w:val="3"/>
  </w:num>
  <w:num w:numId="7" w16cid:durableId="2053771515">
    <w:abstractNumId w:val="2"/>
  </w:num>
  <w:num w:numId="8" w16cid:durableId="1710186680">
    <w:abstractNumId w:val="1"/>
  </w:num>
  <w:num w:numId="9" w16cid:durableId="241303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46E3"/>
    <w:rsid w:val="0015074B"/>
    <w:rsid w:val="00231B95"/>
    <w:rsid w:val="0029639D"/>
    <w:rsid w:val="00326F90"/>
    <w:rsid w:val="0034255E"/>
    <w:rsid w:val="00934270"/>
    <w:rsid w:val="00AA1D8D"/>
    <w:rsid w:val="00AE6F7C"/>
    <w:rsid w:val="00B47730"/>
    <w:rsid w:val="00CB0664"/>
    <w:rsid w:val="00D00EC3"/>
    <w:rsid w:val="00F054EA"/>
    <w:rsid w:val="00F24766"/>
    <w:rsid w:val="00F759E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12635895-6D9A-45E0-A995-EBF446ED0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618BF"/>
  </w:style>
  <w:style w:type="paragraph" w:styleId="Bunntekst">
    <w:name w:val="footer"/>
    <w:basedOn w:val="Normal"/>
    <w:link w:val="Bunn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618BF"/>
  </w:style>
  <w:style w:type="paragraph" w:styleId="Ingenmellomrom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tel">
    <w:name w:val="Title"/>
    <w:basedOn w:val="Normal"/>
    <w:next w:val="Normal"/>
    <w:link w:val="Tit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vsnit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merertliste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merertliste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merertliste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Sitat">
    <w:name w:val="Quote"/>
    <w:basedOn w:val="Normal"/>
    <w:next w:val="Normal"/>
    <w:link w:val="SitatTegn"/>
    <w:uiPriority w:val="29"/>
    <w:qFormat/>
    <w:rsid w:val="00FC693F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erk">
    <w:name w:val="Strong"/>
    <w:basedOn w:val="Standardskriftforavsnitt"/>
    <w:uiPriority w:val="22"/>
    <w:qFormat/>
    <w:rsid w:val="00FC693F"/>
    <w:rPr>
      <w:b/>
      <w:bCs/>
    </w:rPr>
  </w:style>
  <w:style w:type="character" w:styleId="Utheving">
    <w:name w:val="Emphasis"/>
    <w:basedOn w:val="Standardskriftforavsnitt"/>
    <w:uiPriority w:val="20"/>
    <w:qFormat/>
    <w:rsid w:val="00FC693F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C693F"/>
    <w:rPr>
      <w:b/>
      <w:bCs/>
      <w:i/>
      <w:iCs/>
      <w:color w:val="4F81BD" w:themeColor="accent1"/>
    </w:rPr>
  </w:style>
  <w:style w:type="character" w:styleId="Svakutheving">
    <w:name w:val="Subtle Emphasis"/>
    <w:basedOn w:val="Standardskriftforavsnitt"/>
    <w:uiPriority w:val="19"/>
    <w:qFormat/>
    <w:rsid w:val="00FC693F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FC693F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FC693F"/>
    <w:rPr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FC693F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lrutenett">
    <w:name w:val="Table Grid"/>
    <w:basedOn w:val="Vanlig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legging">
    <w:name w:val="Light Shading"/>
    <w:basedOn w:val="Vanlig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rutenett">
    <w:name w:val="Light Grid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ddelsskyggelegging1">
    <w:name w:val="Medium Shading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gerikskyggelegging">
    <w:name w:val="Colorful Shading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trutenett">
    <w:name w:val="Colorful Grid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224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Signe Williamsen Bugge</dc:creator>
  <cp:keywords/>
  <dc:description>generated by python-docx</dc:description>
  <cp:lastModifiedBy>Signe Williamsen Bugge</cp:lastModifiedBy>
  <cp:revision>6</cp:revision>
  <dcterms:created xsi:type="dcterms:W3CDTF">2026-09-11T09:18:00Z</dcterms:created>
  <dcterms:modified xsi:type="dcterms:W3CDTF">2026-09-17T13:43:00Z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59125d-3421-490c-8c49-713131ff88a1_Enabled">
    <vt:lpwstr>true</vt:lpwstr>
  </property>
  <property fmtid="{D5CDD505-2E9C-101B-9397-08002B2CF9AE}" pid="3" name="MSIP_Label_ee59125d-3421-490c-8c49-713131ff88a1_SetDate">
    <vt:lpwstr>2026-09-11T09:18:05Z</vt:lpwstr>
  </property>
  <property fmtid="{D5CDD505-2E9C-101B-9397-08002B2CF9AE}" pid="4" name="MSIP_Label_ee59125d-3421-490c-8c49-713131ff88a1_Method">
    <vt:lpwstr>Standard</vt:lpwstr>
  </property>
  <property fmtid="{D5CDD505-2E9C-101B-9397-08002B2CF9AE}" pid="5" name="MSIP_Label_ee59125d-3421-490c-8c49-713131ff88a1_Name">
    <vt:lpwstr>Yellow</vt:lpwstr>
  </property>
  <property fmtid="{D5CDD505-2E9C-101B-9397-08002B2CF9AE}" pid="6" name="MSIP_Label_ee59125d-3421-490c-8c49-713131ff88a1_SiteId">
    <vt:lpwstr>938c1eb0-9d08-484b-92b9-53f583bd08fb</vt:lpwstr>
  </property>
  <property fmtid="{D5CDD505-2E9C-101B-9397-08002B2CF9AE}" pid="7" name="MSIP_Label_ee59125d-3421-490c-8c49-713131ff88a1_ActionId">
    <vt:lpwstr>0c148cd7-0ba1-4371-a630-df5539dd8e29</vt:lpwstr>
  </property>
  <property fmtid="{D5CDD505-2E9C-101B-9397-08002B2CF9AE}" pid="8" name="MSIP_Label_ee59125d-3421-490c-8c49-713131ff88a1_ContentBits">
    <vt:lpwstr>0</vt:lpwstr>
  </property>
  <property fmtid="{D5CDD505-2E9C-101B-9397-08002B2CF9AE}" pid="9" name="MSIP_Label_ee59125d-3421-490c-8c49-713131ff88a1_Tag">
    <vt:lpwstr>10, 3, 0, 1</vt:lpwstr>
  </property>
</Properties>
</file>